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Алексей Смирнов</w:t>
      </w:r>
    </w:p>
    <w:p>
      <w:r>
        <w:t>Python backend разработчик • Middle • 3 года опыта</w:t>
      </w:r>
    </w:p>
    <w:p>
      <w:r>
        <w:t>Учебное резюме вымышленного кандидата для подготовки к техническому собеседованию.</w:t>
      </w:r>
    </w:p>
    <w:p>
      <w:pPr>
        <w:pStyle w:val="Heading1"/>
      </w:pPr>
      <w:r>
        <w:t>Профессиональный профиль</w:t>
      </w:r>
    </w:p>
    <w:p>
      <w:r>
        <w:t>Разрабатываю серверную часть веб приложений на Python. Работал с REST API, базами данных и фоновыми задачами. Ищу позицию Middle Python backend разработчика в продуктовой команде.</w:t>
      </w:r>
    </w:p>
    <w:p>
      <w:pPr>
        <w:pStyle w:val="Heading1"/>
      </w:pPr>
      <w:r>
        <w:t>Навыки</w:t>
      </w:r>
    </w:p>
    <w:p>
      <w:r>
        <w:t>Python 3, FastAPI, Django, PostgreSQL, SQLAlchemy, Redis, Celery, pytest, Docker, Git, Linux. Английский B1: читаю документацию и обсуждаю рабочие задачи.</w:t>
      </w:r>
    </w:p>
    <w:p>
      <w:pPr>
        <w:pStyle w:val="Heading1"/>
      </w:pPr>
      <w:r>
        <w:t>Опыт работы</w:t>
      </w:r>
    </w:p>
    <w:p>
      <w:r>
        <w:rPr>
          <w:b/>
        </w:rPr>
        <w:t>ООО Облачный склад • Python разработчик</w:t>
      </w:r>
    </w:p>
    <w:p>
      <w:r>
        <w:t>Октябрь 2023 — октябрь 2026</w:t>
      </w:r>
    </w:p>
    <w:p>
      <w:pPr>
        <w:pStyle w:val="ListBullet"/>
      </w:pPr>
      <w:r>
        <w:t>Разрабатывал API сервиса управления заказами на FastAPI и PostgreSQL.</w:t>
      </w:r>
    </w:p>
    <w:p>
      <w:pPr>
        <w:pStyle w:val="ListBullet"/>
      </w:pPr>
      <w:r>
        <w:t>Ускорил получение списка заказов с 900 до 280 мс: изучил EXPLAIN ANALYZE, добавил составной индекс и устранил N+1 запросы.</w:t>
      </w:r>
    </w:p>
    <w:p>
      <w:pPr>
        <w:pStyle w:val="ListBullet"/>
      </w:pPr>
      <w:r>
        <w:t>Настроил фоновые уведомления через Celery и Redis, повторные попытки и защиту от повторной отправки.</w:t>
      </w:r>
    </w:p>
    <w:p>
      <w:pPr>
        <w:pStyle w:val="ListBullet"/>
      </w:pPr>
      <w:r>
        <w:t>Покрыл основные сценарии API интеграционными тестами на pytest; участвовал в код ревью.</w:t>
      </w:r>
    </w:p>
    <w:p>
      <w:pPr>
        <w:pStyle w:val="Heading1"/>
      </w:pPr>
      <w:r>
        <w:t>Учебный проект</w:t>
      </w:r>
    </w:p>
    <w:p>
      <w:r>
        <w:t>Планировщик задач: REST API на Django, авторизация, фильтрация задач и тесты. Запуск приложения и PostgreSQL в Docker Compose.</w:t>
      </w:r>
    </w:p>
    <w:p>
      <w:pPr>
        <w:pStyle w:val="Heading1"/>
      </w:pPr>
      <w:r>
        <w:t>Образование</w:t>
      </w:r>
    </w:p>
    <w:p>
      <w:r>
        <w:t>Вымышленный технический университет • Информатика и вычислительная техника • 2019–2023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Учебное резюме Алексея Смирнова</dc:title>
  <dc:subject/>
  <dc:creator>StarMind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